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The Impact of Sports on Social Integration</w:t>
      </w:r>
    </w:p>
    <w:p>
      <w:pPr>
        <w:spacing w:after="280"/>
        <w:jc w:val="center"/>
      </w:pPr>
      <w:r>
        <w:rPr>
          <w:rFonts w:ascii="Calibri" w:hAnsi="Calibri" w:eastAsia="Microsoft YaHei"/>
          <w:color w:val="5A5A5A"/>
          <w:sz w:val="20"/>
        </w:rPr>
        <w:t>TOEFL Reading Podcast Study Notes | Article 03</w:t>
      </w:r>
    </w:p>
    <w:p>
      <w:pPr>
        <w:pStyle w:val="Heading1"/>
      </w:pPr>
      <w:r>
        <w:t>1. English Overview</w:t>
      </w:r>
    </w:p>
    <w:p>
      <w:pPr>
        <w:spacing w:after="120" w:line="288" w:lineRule="auto"/>
      </w:pPr>
      <w:r>
        <w:rPr>
          <w:rFonts w:ascii="Calibri" w:hAnsi="Calibri" w:eastAsia="Microsoft YaHei"/>
          <w:i w:val="0"/>
          <w:sz w:val="21"/>
        </w:rPr>
        <w:t>This article explains how sports can support social integration by bringing together people from different backgrounds. Participation in sports can bridge social gaps, increase cohesion, and improve relationships among diverse groups. Community soccer leagues, for example, can create spaces where cultural differences are respected and celebrated. The article also notes an important limitation: competitive settings may worsen social tensions when favoritism or exclusionary practices appear. Even so, programs such as Sport for Peace show how sports can become tools for conflict resolution and social change. Beyond participation, spectatorship and fandom also unite people, especially during international events such as the Olympics and the World Cup, where diverse athletes and shared national or global goals can foster harmony and collective achievement.</w:t>
      </w:r>
    </w:p>
    <w:p>
      <w:pPr>
        <w:pStyle w:val="Heading1"/>
      </w:pPr>
      <w:r>
        <w:t>2. 中文概览</w:t>
      </w:r>
    </w:p>
    <w:p>
      <w:pPr>
        <w:spacing w:after="120" w:line="288" w:lineRule="auto"/>
      </w:pPr>
      <w:r>
        <w:rPr>
          <w:rFonts w:ascii="Calibri" w:hAnsi="Calibri" w:eastAsia="Microsoft YaHei"/>
          <w:i w:val="0"/>
          <w:sz w:val="21"/>
        </w:rPr>
        <w:t>这篇文章讨论体育如何促进社会融合。体育活动能把来自不同背景的人聚在一起，弥合群体之间的距离，增强社会凝聚力，并改善多元群体之间的关系。文章以社区足球联赛为例，说明体育可以创造一个尊重文化差异、培养相互尊重的环境。不过，体育并不总是自动带来融合；在竞争环境中，如果出现偏袒或排斥性做法，反而可能加剧社会紧张。尽管如此，许多项目仍然把体育作为社会改变的平台，例如 Sport for Peace 通过团队建设和合作性体育活动来促进冲突解决。文章最后指出，体育的影响不只来自参与本身，观赛和粉丝文化也能团结人群。奥运会、世界杯等国际赛事能让不同国家围绕共同目标聚集在一起，多元背景运动员的可见性以及他们克服逆境的故事，也会激发观众并形成集体成就感。</w:t>
      </w:r>
    </w:p>
    <w:p>
      <w:pPr>
        <w:pStyle w:val="Heading1"/>
      </w:pPr>
      <w:r>
        <w:t>3. Key Background Knowledge</w:t>
      </w:r>
    </w:p>
    <w:p>
      <w:pPr>
        <w:pStyle w:val="ListBullet"/>
        <w:spacing w:after="120" w:line="283" w:lineRule="auto"/>
        <w:ind w:left="547" w:hanging="259"/>
      </w:pPr>
      <w:r>
        <w:rPr>
          <w:rFonts w:ascii="Calibri" w:hAnsi="Calibri" w:eastAsia="Microsoft YaHei"/>
          <w:sz w:val="20"/>
        </w:rPr>
        <w:t>Social integration: the process by which people from different social, cultural, or ethnic backgrounds become part of a shared community.</w:t>
      </w:r>
      <w:r>
        <w:br/>
      </w:r>
      <w:r>
        <w:rPr>
          <w:rFonts w:ascii="Calibri" w:hAnsi="Calibri" w:eastAsia="Microsoft YaHei"/>
          <w:color w:val="464646"/>
          <w:sz w:val="20"/>
        </w:rPr>
        <w:t>社会融合：不同社会、文化或族群背景的人进入同一个共同体，并形成联系与认同的过程。</w:t>
      </w:r>
    </w:p>
    <w:p>
      <w:pPr>
        <w:pStyle w:val="ListBullet"/>
        <w:spacing w:after="120" w:line="283" w:lineRule="auto"/>
        <w:ind w:left="547" w:hanging="259"/>
      </w:pPr>
      <w:r>
        <w:rPr>
          <w:rFonts w:ascii="Calibri" w:hAnsi="Calibri" w:eastAsia="Microsoft YaHei"/>
          <w:sz w:val="20"/>
        </w:rPr>
        <w:t>Social cohesion: the strength of relationships, trust, and cooperation within a group or society.</w:t>
      </w:r>
      <w:r>
        <w:br/>
      </w:r>
      <w:r>
        <w:rPr>
          <w:rFonts w:ascii="Calibri" w:hAnsi="Calibri" w:eastAsia="Microsoft YaHei"/>
          <w:color w:val="464646"/>
          <w:sz w:val="20"/>
        </w:rPr>
        <w:t>社会凝聚力：群体或社会内部关系、信任和合作的强度。</w:t>
      </w:r>
    </w:p>
    <w:p>
      <w:pPr>
        <w:pStyle w:val="ListBullet"/>
        <w:spacing w:after="120" w:line="283" w:lineRule="auto"/>
        <w:ind w:left="547" w:hanging="259"/>
      </w:pPr>
      <w:r>
        <w:rPr>
          <w:rFonts w:ascii="Calibri" w:hAnsi="Calibri" w:eastAsia="Microsoft YaHei"/>
          <w:sz w:val="20"/>
        </w:rPr>
        <w:t>Community sports: local sports activities that connect residents and create repeated opportunities for interaction.</w:t>
      </w:r>
      <w:r>
        <w:br/>
      </w:r>
      <w:r>
        <w:rPr>
          <w:rFonts w:ascii="Calibri" w:hAnsi="Calibri" w:eastAsia="Microsoft YaHei"/>
          <w:color w:val="464646"/>
          <w:sz w:val="20"/>
        </w:rPr>
        <w:t>社区体育：在社区层面组织的体育活动，能让居民反复互动并建立关系。</w:t>
      </w:r>
    </w:p>
    <w:p>
      <w:pPr>
        <w:pStyle w:val="ListBullet"/>
        <w:spacing w:after="120" w:line="283" w:lineRule="auto"/>
        <w:ind w:left="547" w:hanging="259"/>
      </w:pPr>
      <w:r>
        <w:rPr>
          <w:rFonts w:ascii="Calibri" w:hAnsi="Calibri" w:eastAsia="Microsoft YaHei"/>
          <w:sz w:val="20"/>
        </w:rPr>
        <w:t>Conflict resolution: methods used to reduce tension, solve disagreements, and rebuild cooperation between groups.</w:t>
      </w:r>
      <w:r>
        <w:br/>
      </w:r>
      <w:r>
        <w:rPr>
          <w:rFonts w:ascii="Calibri" w:hAnsi="Calibri" w:eastAsia="Microsoft YaHei"/>
          <w:color w:val="464646"/>
          <w:sz w:val="20"/>
        </w:rPr>
        <w:t>冲突解决：减少紧张、处理分歧并重建群体合作的方法。</w:t>
      </w:r>
    </w:p>
    <w:p>
      <w:pPr>
        <w:pStyle w:val="ListBullet"/>
        <w:spacing w:after="120" w:line="283" w:lineRule="auto"/>
        <w:ind w:left="547" w:hanging="259"/>
      </w:pPr>
      <w:r>
        <w:rPr>
          <w:rFonts w:ascii="Calibri" w:hAnsi="Calibri" w:eastAsia="Microsoft YaHei"/>
          <w:sz w:val="20"/>
        </w:rPr>
        <w:t>Spectatorship and fandom: watching sports and supporting teams or athletes, which can create shared identity even among people who do not play the sport.</w:t>
      </w:r>
      <w:r>
        <w:br/>
      </w:r>
      <w:r>
        <w:rPr>
          <w:rFonts w:ascii="Calibri" w:hAnsi="Calibri" w:eastAsia="Microsoft YaHei"/>
          <w:color w:val="464646"/>
          <w:sz w:val="20"/>
        </w:rPr>
        <w:t>观赛与粉丝文化：通过观看比赛、支持球队或运动员形成共同身份，即使观众本人并不参与运动。</w:t>
      </w:r>
    </w:p>
    <w:p>
      <w:pPr>
        <w:pStyle w:val="ListBullet"/>
        <w:spacing w:after="120" w:line="283" w:lineRule="auto"/>
        <w:ind w:left="547" w:hanging="259"/>
      </w:pPr>
      <w:r>
        <w:rPr>
          <w:rFonts w:ascii="Calibri" w:hAnsi="Calibri" w:eastAsia="Microsoft YaHei"/>
          <w:sz w:val="20"/>
        </w:rPr>
        <w:t>Global sports events: large international competitions, such as the Olympics and the World Cup, that can temporarily unite people around shared stories and goals.</w:t>
      </w:r>
      <w:r>
        <w:br/>
      </w:r>
      <w:r>
        <w:rPr>
          <w:rFonts w:ascii="Calibri" w:hAnsi="Calibri" w:eastAsia="Microsoft YaHei"/>
          <w:color w:val="464646"/>
          <w:sz w:val="20"/>
        </w:rPr>
        <w:t>全球体育赛事：如奥运会和世界杯等大型国际比赛，能围绕共同故事和目标暂时凝聚人群。</w:t>
      </w:r>
    </w:p>
    <w:p>
      <w:pPr>
        <w:pStyle w:val="Heading1"/>
      </w:pPr>
      <w:r>
        <w:t>4. 文章思维导图</w:t>
      </w:r>
    </w:p>
    <w:p>
      <w:pPr>
        <w:spacing w:after="120" w:line="288" w:lineRule="auto"/>
      </w:pPr>
      <w:r>
        <w:rPr>
          <w:rFonts w:ascii="Calibri" w:hAnsi="Calibri" w:eastAsia="Microsoft YaHei"/>
          <w:i w:val="0"/>
          <w:sz w:val="21"/>
        </w:rPr>
        <w:t>中心主题：Sports as a force for social integration, with both benefits and limits</w:t>
      </w:r>
    </w:p>
    <w:p>
      <w:pPr>
        <w:pStyle w:val="ListBullet"/>
        <w:spacing w:after="80" w:line="288" w:lineRule="auto"/>
        <w:ind w:left="547" w:hanging="259"/>
      </w:pPr>
      <w:r>
        <w:rPr>
          <w:rFonts w:ascii="Calibri" w:hAnsi="Calibri" w:eastAsia="Microsoft YaHei"/>
          <w:i w:val="0"/>
          <w:sz w:val="20"/>
        </w:rPr>
        <w:t>Paragraph 1｜段落主旨：Sports can promote social integration by bridging gaps among different groups.</w:t>
      </w:r>
    </w:p>
    <w:p>
      <w:pPr>
        <w:pStyle w:val="ListBullet"/>
        <w:spacing w:after="80" w:line="288" w:lineRule="auto"/>
        <w:ind w:left="806" w:hanging="259"/>
      </w:pPr>
      <w:r>
        <w:rPr>
          <w:rFonts w:ascii="Calibri" w:hAnsi="Calibri" w:eastAsia="Microsoft YaHei"/>
          <w:i w:val="0"/>
          <w:sz w:val="20"/>
        </w:rPr>
        <w:t>主要细节：Participation in sports brings people from various backgrounds into shared activities.</w:t>
      </w:r>
    </w:p>
    <w:p>
      <w:pPr>
        <w:pStyle w:val="ListBullet"/>
        <w:spacing w:after="80" w:line="288" w:lineRule="auto"/>
        <w:ind w:left="806" w:hanging="259"/>
      </w:pPr>
      <w:r>
        <w:rPr>
          <w:rFonts w:ascii="Calibri" w:hAnsi="Calibri" w:eastAsia="Microsoft YaHei"/>
          <w:i w:val="0"/>
          <w:sz w:val="20"/>
        </w:rPr>
        <w:t>主要细节：Sports can increase social cohesion.</w:t>
      </w:r>
    </w:p>
    <w:p>
      <w:pPr>
        <w:pStyle w:val="ListBullet"/>
        <w:spacing w:after="80" w:line="288" w:lineRule="auto"/>
        <w:ind w:left="806" w:hanging="259"/>
      </w:pPr>
      <w:r>
        <w:rPr>
          <w:rFonts w:ascii="Calibri" w:hAnsi="Calibri" w:eastAsia="Microsoft YaHei"/>
          <w:i w:val="0"/>
          <w:sz w:val="20"/>
        </w:rPr>
        <w:t>主要细节：Shared participation can improve relationships among diverse groups.</w:t>
      </w:r>
    </w:p>
    <w:p>
      <w:pPr>
        <w:pStyle w:val="ListBullet"/>
        <w:spacing w:after="80" w:line="288" w:lineRule="auto"/>
        <w:ind w:left="547" w:hanging="259"/>
      </w:pPr>
      <w:r>
        <w:rPr>
          <w:rFonts w:ascii="Calibri" w:hAnsi="Calibri" w:eastAsia="Microsoft YaHei"/>
          <w:i w:val="0"/>
          <w:sz w:val="20"/>
        </w:rPr>
        <w:t>Paragraph 2｜段落主旨：Community sports can build respect, but competition can also create tension.</w:t>
      </w:r>
    </w:p>
    <w:p>
      <w:pPr>
        <w:pStyle w:val="ListBullet"/>
        <w:spacing w:after="80" w:line="288" w:lineRule="auto"/>
        <w:ind w:left="806" w:hanging="259"/>
      </w:pPr>
      <w:r>
        <w:rPr>
          <w:rFonts w:ascii="Calibri" w:hAnsi="Calibri" w:eastAsia="Microsoft YaHei"/>
          <w:i w:val="0"/>
          <w:sz w:val="20"/>
        </w:rPr>
        <w:t>主要细节：Community soccer leagues can bring together people from different ethnicities.</w:t>
      </w:r>
    </w:p>
    <w:p>
      <w:pPr>
        <w:pStyle w:val="ListBullet"/>
        <w:spacing w:after="80" w:line="288" w:lineRule="auto"/>
        <w:ind w:left="806" w:hanging="259"/>
      </w:pPr>
      <w:r>
        <w:rPr>
          <w:rFonts w:ascii="Calibri" w:hAnsi="Calibri" w:eastAsia="Microsoft YaHei"/>
          <w:i w:val="0"/>
          <w:sz w:val="20"/>
        </w:rPr>
        <w:t>主要细节：These leagues may celebrate cultural differences and cultivate mutual respect.</w:t>
      </w:r>
    </w:p>
    <w:p>
      <w:pPr>
        <w:pStyle w:val="ListBullet"/>
        <w:spacing w:after="80" w:line="288" w:lineRule="auto"/>
        <w:ind w:left="806" w:hanging="259"/>
      </w:pPr>
      <w:r>
        <w:rPr>
          <w:rFonts w:ascii="Calibri" w:hAnsi="Calibri" w:eastAsia="Microsoft YaHei"/>
          <w:i w:val="0"/>
          <w:sz w:val="20"/>
        </w:rPr>
        <w:t>主要细节：Competitive environments can exacerbate social tensions when favoritism or exclusionary practices are present.</w:t>
      </w:r>
    </w:p>
    <w:p>
      <w:pPr>
        <w:pStyle w:val="ListBullet"/>
        <w:spacing w:after="80" w:line="288" w:lineRule="auto"/>
        <w:ind w:left="547" w:hanging="259"/>
      </w:pPr>
      <w:r>
        <w:rPr>
          <w:rFonts w:ascii="Calibri" w:hAnsi="Calibri" w:eastAsia="Microsoft YaHei"/>
          <w:i w:val="0"/>
          <w:sz w:val="20"/>
        </w:rPr>
        <w:t>Paragraph 3｜段落主旨：Sports initiatives and spectatorship can turn sports into a broader platform for social change.</w:t>
      </w:r>
    </w:p>
    <w:p>
      <w:pPr>
        <w:pStyle w:val="ListBullet"/>
        <w:spacing w:after="80" w:line="288" w:lineRule="auto"/>
        <w:ind w:left="806" w:hanging="259"/>
      </w:pPr>
      <w:r>
        <w:rPr>
          <w:rFonts w:ascii="Calibri" w:hAnsi="Calibri" w:eastAsia="Microsoft YaHei"/>
          <w:i w:val="0"/>
          <w:sz w:val="20"/>
        </w:rPr>
        <w:t>主要细节：Programs such as Sport for Peace use team-building and collaborative sports events for conflict resolution.</w:t>
      </w:r>
    </w:p>
    <w:p>
      <w:pPr>
        <w:pStyle w:val="ListBullet"/>
        <w:spacing w:after="80" w:line="288" w:lineRule="auto"/>
        <w:ind w:left="806" w:hanging="259"/>
      </w:pPr>
      <w:r>
        <w:rPr>
          <w:rFonts w:ascii="Calibri" w:hAnsi="Calibri" w:eastAsia="Microsoft YaHei"/>
          <w:i w:val="0"/>
          <w:sz w:val="20"/>
        </w:rPr>
        <w:t>主要细节：Sports influence social integration through participation, spectatorship, and fandom.</w:t>
      </w:r>
    </w:p>
    <w:p>
      <w:pPr>
        <w:pStyle w:val="ListBullet"/>
        <w:spacing w:after="80" w:line="288" w:lineRule="auto"/>
        <w:ind w:left="806" w:hanging="259"/>
      </w:pPr>
      <w:r>
        <w:rPr>
          <w:rFonts w:ascii="Calibri" w:hAnsi="Calibri" w:eastAsia="Microsoft YaHei"/>
          <w:i w:val="0"/>
          <w:sz w:val="20"/>
        </w:rPr>
        <w:t>主要细节：The Olympics and the World Cup can unite nations around common goals.</w:t>
      </w:r>
    </w:p>
    <w:p>
      <w:pPr>
        <w:pStyle w:val="ListBullet"/>
        <w:spacing w:after="80" w:line="288" w:lineRule="auto"/>
        <w:ind w:left="806" w:hanging="259"/>
      </w:pPr>
      <w:r>
        <w:rPr>
          <w:rFonts w:ascii="Calibri" w:hAnsi="Calibri" w:eastAsia="Microsoft YaHei"/>
          <w:i w:val="0"/>
          <w:sz w:val="20"/>
        </w:rPr>
        <w:t>主要细节：Stories of diverse athletes overcoming adversity can inspire spectators and create a collective sense of achievement.</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social integration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process of bringing different groups into a shared community.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社会融合</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promote social integration; support social integration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Sports can promote social integration by creating shared experiences.</w:t>
              <w:br/>
              <w:t>中文：体育可以通过创造共同经历来促进社会融合。</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bridge gaps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reduce distance or misunderstanding between people or groups.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弥合差距；缩小隔阂</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bridge gaps between groups; bridge cultural gaps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Community programs can bridge gaps between residents from different backgrounds.</w:t>
              <w:br/>
              <w:t>中文：社区项目能够弥合不同背景居民之间的隔阂。</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social cohesion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sense of connection and trust that holds a group together.</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社会凝聚力</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increase social cohesion; strong social cohesion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Shared team activities can increase social cohesion.</w:t>
              <w:br/>
              <w:t>中文：共同的团队活动可以增强社会凝聚力。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diverse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Including people or things of many different types.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多元的；多样的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diverse groups; diverse backgrounds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league includes players from diverse backgrounds.</w:t>
              <w:br/>
              <w:t>中文：这个联赛包含来自多元背景的球员。</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ethnicity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person's cultural or ancestral group identity.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族群；民族身份</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different ethnicities; ethnic diversity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team includes people from different ethnicities.</w:t>
              <w:br/>
              <w:t>中文：这支队伍包括来自不同族群的人。</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mutual respect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Respect that people show toward each other.</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相互尊重</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cultivate mutual respect; build mutual respect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Playing together can cultivate mutual respect.</w:t>
              <w:br/>
              <w:t>中文：一起运动可以培养相互尊重。</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cultivate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develop a quality, habit, or relationship over time.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培养；逐步形成</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cultivate respect; cultivate trust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Sports can cultivate trust among teammates.</w:t>
              <w:br/>
              <w:t>中文：体育可以培养队友之间的信任。</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exacerbate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make a problem worse.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加剧；使恶化</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exacerbate tensions; exacerbate problems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Favoritism can exacerbate social tensions.</w:t>
              <w:br/>
              <w:t>中文：偏袒可能会加剧社会紧张。</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favoritism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Unfairly giving better treatment to one person or group.</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偏袒；偏心</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show favoritism; accusations of favoritism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Favoritism can make some players feel excluded.</w:t>
              <w:br/>
              <w:t>中文：偏袒会让一些球员感到被排斥。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exclusionary practices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Actions or rules that keep certain people out.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排斥性做法</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avoid exclusionary practices; challenge exclusionary practices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Exclusionary practices can weaken the positive effects of sports.</w:t>
              <w:br/>
              <w:t>中文：排斥性做法会削弱体育的积极影响。</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initiative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planned action or program designed to solve a problem.</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倡议；项目；行动计划</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launch an initiative; a peace initiative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initiative uses sports to encourage cooperation.</w:t>
              <w:br/>
              <w:t>中文：这个项目利用体育来鼓励合作。</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conflict resolution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process of solving disagreements or reducing conflict.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冲突解决</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focus on conflict resolution; conflict resolution skills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Team-building activities can support conflict resolution.</w:t>
              <w:br/>
              <w:t>中文：团队建设活动可以支持冲突解决。</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spectatorship</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experience or role of watching an event.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观赛；观看者身份</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sports spectatorship; spectatorship and fandom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Spectatorship can also unite people around shared teams.</w:t>
              <w:br/>
              <w:t>中文：观赛也能围绕共同支持的队伍团结人们。</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adversity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Serious difficulty or hardship.</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逆境；困难</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overcome adversity; face adversity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Stories of athletes overcoming adversity can inspire spectators.</w:t>
              <w:br/>
              <w:t>中文：运动员克服逆境的故事能够鼓舞观众。</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collective achievement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success that people feel they share as a group.</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集体成就</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sense of collective achievement; celebrate collective achievement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International sports events can create a sense of collective achievement.</w:t>
              <w:br/>
              <w:t>中文：国际体育赛事可以创造一种集体成就感。</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