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eastAsia="Microsoft YaHei"/>
          <w:b/>
          <w:color w:val="1F4D78"/>
          <w:sz w:val="44"/>
        </w:rPr>
        <w:t>The Mirror Test</w:t>
      </w:r>
    </w:p>
    <w:p>
      <w:pPr>
        <w:spacing w:after="280"/>
        <w:jc w:val="center"/>
      </w:pPr>
      <w:r>
        <w:rPr>
          <w:rFonts w:ascii="Calibri" w:hAnsi="Calibri" w:eastAsia="Microsoft YaHei"/>
          <w:color w:val="5A5A5A"/>
          <w:sz w:val="20"/>
        </w:rPr>
        <w:t>TOEFL Reading Podcast Study Notes | Article 01</w:t>
      </w:r>
    </w:p>
    <w:p>
      <w:pPr>
        <w:pStyle w:val="Heading1"/>
      </w:pPr>
      <w:r>
        <w:t>1. English Overview</w:t>
      </w:r>
    </w:p>
    <w:p>
      <w:pPr>
        <w:spacing w:after="120" w:line="288" w:lineRule="auto"/>
      </w:pPr>
      <w:r>
        <w:rPr>
          <w:rFonts w:ascii="Calibri" w:hAnsi="Calibri" w:eastAsia="Microsoft YaHei"/>
          <w:i w:val="0"/>
          <w:sz w:val="21"/>
        </w:rPr>
        <w:t>This article explains the mirror test, a scientific method used to study self-awareness in humans and animals. Very young children usually cannot recognize themselves in a mirror until around 18 months of age, so mirror self-recognition is treated as an important sign of consciousness. Scientists first used the mirror test with great apes, which are close relatives of humans. More recently, elephants, dolphins, and even cleaner fish have shown signs of self-recognition. The article suggests that some animals may have more self-awareness than scientists once believed.</w:t>
      </w:r>
    </w:p>
    <w:p>
      <w:pPr>
        <w:pStyle w:val="Heading1"/>
      </w:pPr>
      <w:r>
        <w:t>2. 中文概览</w:t>
      </w:r>
    </w:p>
    <w:p>
      <w:pPr>
        <w:spacing w:after="120" w:line="288" w:lineRule="auto"/>
      </w:pPr>
      <w:r>
        <w:rPr>
          <w:rFonts w:ascii="Calibri" w:hAnsi="Calibri" w:eastAsia="Microsoft YaHei"/>
          <w:i w:val="0"/>
          <w:sz w:val="21"/>
        </w:rPr>
        <w:t>这篇文章介绍了“镜子测试”，也就是科学家用来研究人类和动物自我意识的一种方法。很小的孩子通常要到大约 18 个月时才能认出镜子里的自己，因此镜中自我识别被看作自我意识和意识的重要表现。科学家最早发现类人猿能够通过镜子测试，后来大象、海豚，甚至清洁鱼也表现出自我识别迹象。文章由此说明，一些动物可能拥有比过去认为的更高程度的自我意识。</w:t>
      </w:r>
    </w:p>
    <w:p>
      <w:pPr>
        <w:pStyle w:val="Heading1"/>
      </w:pPr>
      <w:r>
        <w:t>3. Key Background Knowledge</w:t>
      </w:r>
    </w:p>
    <w:p>
      <w:pPr>
        <w:pStyle w:val="ListBullet"/>
        <w:spacing w:after="120" w:line="283" w:lineRule="auto"/>
        <w:ind w:left="547" w:hanging="259"/>
      </w:pPr>
      <w:r>
        <w:rPr>
          <w:rFonts w:ascii="Calibri" w:hAnsi="Calibri" w:eastAsia="Microsoft YaHei"/>
          <w:sz w:val="20"/>
        </w:rPr>
        <w:t>The mirror test: an experiment that checks whether an animal can recognize its reflection as itself.</w:t>
      </w:r>
      <w:r>
        <w:br/>
      </w:r>
      <w:r>
        <w:rPr>
          <w:rFonts w:ascii="Calibri" w:hAnsi="Calibri" w:eastAsia="Microsoft YaHei"/>
          <w:color w:val="464646"/>
          <w:sz w:val="20"/>
        </w:rPr>
        <w:t>镜子测试：一种实验，用来判断动物是否能把镜中的影像识别为自己。</w:t>
      </w:r>
    </w:p>
    <w:p>
      <w:pPr>
        <w:pStyle w:val="ListBullet"/>
        <w:spacing w:after="120" w:line="283" w:lineRule="auto"/>
        <w:ind w:left="547" w:hanging="259"/>
      </w:pPr>
      <w:r>
        <w:rPr>
          <w:rFonts w:ascii="Calibri" w:hAnsi="Calibri" w:eastAsia="Microsoft YaHei"/>
          <w:sz w:val="20"/>
        </w:rPr>
        <w:t>Self-awareness: the ability to understand that you exist as an individual self.</w:t>
      </w:r>
      <w:r>
        <w:br/>
      </w:r>
      <w:r>
        <w:rPr>
          <w:rFonts w:ascii="Calibri" w:hAnsi="Calibri" w:eastAsia="Microsoft YaHei"/>
          <w:color w:val="464646"/>
          <w:sz w:val="20"/>
        </w:rPr>
        <w:t>自我意识：理解自己作为独立个体存在的能力。</w:t>
      </w:r>
    </w:p>
    <w:p>
      <w:pPr>
        <w:pStyle w:val="ListBullet"/>
        <w:spacing w:after="120" w:line="283" w:lineRule="auto"/>
        <w:ind w:left="547" w:hanging="259"/>
      </w:pPr>
      <w:r>
        <w:rPr>
          <w:rFonts w:ascii="Calibri" w:hAnsi="Calibri" w:eastAsia="Microsoft YaHei"/>
          <w:sz w:val="20"/>
        </w:rPr>
        <w:t>Consciousness: the state of being aware of yourself, your thoughts, and the world around you.</w:t>
      </w:r>
      <w:r>
        <w:br/>
      </w:r>
      <w:r>
        <w:rPr>
          <w:rFonts w:ascii="Calibri" w:hAnsi="Calibri" w:eastAsia="Microsoft YaHei"/>
          <w:color w:val="464646"/>
          <w:sz w:val="20"/>
        </w:rPr>
        <w:t>意识：能够感知自己、自己的想法以及周围世界的状态。</w:t>
      </w:r>
    </w:p>
    <w:p>
      <w:pPr>
        <w:pStyle w:val="ListBullet"/>
        <w:spacing w:after="120" w:line="283" w:lineRule="auto"/>
        <w:ind w:left="547" w:hanging="259"/>
      </w:pPr>
      <w:r>
        <w:rPr>
          <w:rFonts w:ascii="Calibri" w:hAnsi="Calibri" w:eastAsia="Microsoft YaHei"/>
          <w:sz w:val="20"/>
        </w:rPr>
        <w:t>Self-recognition: the ability to identify oneself, especially in a mirror or image.</w:t>
      </w:r>
      <w:r>
        <w:br/>
      </w:r>
      <w:r>
        <w:rPr>
          <w:rFonts w:ascii="Calibri" w:hAnsi="Calibri" w:eastAsia="Microsoft YaHei"/>
          <w:color w:val="464646"/>
          <w:sz w:val="20"/>
        </w:rPr>
        <w:t>自我识别：识别出自己，尤其是在镜子或图像中认出自己的能力。</w:t>
      </w:r>
    </w:p>
    <w:p>
      <w:pPr>
        <w:pStyle w:val="ListBullet"/>
        <w:spacing w:after="120" w:line="283" w:lineRule="auto"/>
        <w:ind w:left="547" w:hanging="259"/>
      </w:pPr>
      <w:r>
        <w:rPr>
          <w:rFonts w:ascii="Calibri" w:hAnsi="Calibri" w:eastAsia="Microsoft YaHei"/>
          <w:sz w:val="20"/>
        </w:rPr>
        <w:t>Great apes: a group of highly intelligent primates closely related to humans, such as chimpanzees and gorillas.</w:t>
      </w:r>
      <w:r>
        <w:br/>
      </w:r>
      <w:r>
        <w:rPr>
          <w:rFonts w:ascii="Calibri" w:hAnsi="Calibri" w:eastAsia="Microsoft YaHei"/>
          <w:color w:val="464646"/>
          <w:sz w:val="20"/>
        </w:rPr>
        <w:t>类人猿：与人类亲缘关系较近、智力较高的灵长类动物，例如黑猩猩和大猩猩。</w:t>
      </w:r>
    </w:p>
    <w:p>
      <w:pPr>
        <w:pStyle w:val="ListBullet"/>
        <w:spacing w:after="120" w:line="283" w:lineRule="auto"/>
        <w:ind w:left="547" w:hanging="259"/>
      </w:pPr>
      <w:r>
        <w:rPr>
          <w:rFonts w:ascii="Calibri" w:hAnsi="Calibri" w:eastAsia="Microsoft YaHei"/>
          <w:sz w:val="20"/>
        </w:rPr>
        <w:t>Cleaner fish: a type of fish known for removing parasites from other fish, and in this article, for showing possible mirror self-recognition.</w:t>
      </w:r>
      <w:r>
        <w:br/>
      </w:r>
      <w:r>
        <w:rPr>
          <w:rFonts w:ascii="Calibri" w:hAnsi="Calibri" w:eastAsia="Microsoft YaHei"/>
          <w:color w:val="464646"/>
          <w:sz w:val="20"/>
        </w:rPr>
        <w:t>清洁鱼：一种会为其他鱼清除寄生虫的鱼；在本文中，它表现出了可能的镜中自我识别能力。</w:t>
      </w:r>
    </w:p>
    <w:p>
      <w:pPr>
        <w:pStyle w:val="Heading1"/>
      </w:pPr>
      <w:r>
        <w:t>4. 文章思维导图</w:t>
      </w:r>
    </w:p>
    <w:p>
      <w:pPr>
        <w:spacing w:after="120" w:line="288" w:lineRule="auto"/>
      </w:pPr>
      <w:r>
        <w:rPr>
          <w:rFonts w:ascii="Calibri" w:hAnsi="Calibri" w:eastAsia="Microsoft YaHei"/>
          <w:i w:val="0"/>
          <w:sz w:val="21"/>
        </w:rPr>
        <w:t>中心主题：The Mirror Test: what mirror self-recognition reveals about animal self-awareness</w:t>
      </w:r>
    </w:p>
    <w:p>
      <w:pPr>
        <w:pStyle w:val="ListBullet"/>
        <w:spacing w:after="80" w:line="288" w:lineRule="auto"/>
        <w:ind w:left="547" w:hanging="259"/>
      </w:pPr>
      <w:r>
        <w:rPr>
          <w:rFonts w:ascii="Calibri" w:hAnsi="Calibri" w:eastAsia="Microsoft YaHei"/>
          <w:i w:val="0"/>
          <w:sz w:val="20"/>
        </w:rPr>
        <w:t>Paragraph 1｜段落主旨：Mirror self-recognition is an important sign of self-awareness.</w:t>
      </w:r>
    </w:p>
    <w:p>
      <w:pPr>
        <w:pStyle w:val="ListBullet"/>
        <w:spacing w:after="80" w:line="288" w:lineRule="auto"/>
        <w:ind w:left="806" w:hanging="259"/>
      </w:pPr>
      <w:r>
        <w:rPr>
          <w:rFonts w:ascii="Calibri" w:hAnsi="Calibri" w:eastAsia="Microsoft YaHei"/>
          <w:i w:val="0"/>
          <w:sz w:val="20"/>
        </w:rPr>
        <w:t>主要细节：Very young children usually cannot recognize themselves in a mirror.</w:t>
      </w:r>
    </w:p>
    <w:p>
      <w:pPr>
        <w:pStyle w:val="ListBullet"/>
        <w:spacing w:after="80" w:line="288" w:lineRule="auto"/>
        <w:ind w:left="806" w:hanging="259"/>
      </w:pPr>
      <w:r>
        <w:rPr>
          <w:rFonts w:ascii="Calibri" w:hAnsi="Calibri" w:eastAsia="Microsoft YaHei"/>
          <w:i w:val="0"/>
          <w:sz w:val="20"/>
        </w:rPr>
        <w:t>主要细节：Children typically achieve this ability around 18 months of age.</w:t>
      </w:r>
    </w:p>
    <w:p>
      <w:pPr>
        <w:pStyle w:val="ListBullet"/>
        <w:spacing w:after="80" w:line="288" w:lineRule="auto"/>
        <w:ind w:left="806" w:hanging="259"/>
      </w:pPr>
      <w:r>
        <w:rPr>
          <w:rFonts w:ascii="Calibri" w:hAnsi="Calibri" w:eastAsia="Microsoft YaHei"/>
          <w:i w:val="0"/>
          <w:sz w:val="20"/>
        </w:rPr>
        <w:t>主要细节：Recognizing oneself in a mirror is considered a key component of self-awareness and consciousness.</w:t>
      </w:r>
    </w:p>
    <w:p>
      <w:pPr>
        <w:pStyle w:val="ListBullet"/>
        <w:spacing w:after="80" w:line="288" w:lineRule="auto"/>
        <w:ind w:left="806" w:hanging="259"/>
      </w:pPr>
      <w:r>
        <w:rPr>
          <w:rFonts w:ascii="Calibri" w:hAnsi="Calibri" w:eastAsia="Microsoft YaHei"/>
          <w:i w:val="0"/>
          <w:sz w:val="20"/>
        </w:rPr>
        <w:t>主要细节：The paragraph introduces the question of whether animals can also show this ability.</w:t>
      </w:r>
    </w:p>
    <w:p>
      <w:pPr>
        <w:pStyle w:val="ListBullet"/>
        <w:spacing w:after="80" w:line="288" w:lineRule="auto"/>
        <w:ind w:left="547" w:hanging="259"/>
      </w:pPr>
      <w:r>
        <w:rPr>
          <w:rFonts w:ascii="Calibri" w:hAnsi="Calibri" w:eastAsia="Microsoft YaHei"/>
          <w:i w:val="0"/>
          <w:sz w:val="20"/>
        </w:rPr>
        <w:t>Paragraph 2｜段落主旨：Scientists used the mirror test to show that great apes can recognize themselves.</w:t>
      </w:r>
    </w:p>
    <w:p>
      <w:pPr>
        <w:pStyle w:val="ListBullet"/>
        <w:spacing w:after="80" w:line="288" w:lineRule="auto"/>
        <w:ind w:left="806" w:hanging="259"/>
      </w:pPr>
      <w:r>
        <w:rPr>
          <w:rFonts w:ascii="Calibri" w:hAnsi="Calibri" w:eastAsia="Microsoft YaHei"/>
          <w:i w:val="0"/>
          <w:sz w:val="20"/>
        </w:rPr>
        <w:t>主要细节：Scientists put a colored mark on an ape's body.</w:t>
      </w:r>
    </w:p>
    <w:p>
      <w:pPr>
        <w:pStyle w:val="ListBullet"/>
        <w:spacing w:after="80" w:line="288" w:lineRule="auto"/>
        <w:ind w:left="806" w:hanging="259"/>
      </w:pPr>
      <w:r>
        <w:rPr>
          <w:rFonts w:ascii="Calibri" w:hAnsi="Calibri" w:eastAsia="Microsoft YaHei"/>
          <w:i w:val="0"/>
          <w:sz w:val="20"/>
        </w:rPr>
        <w:t>主要细节：The ape then saw its reflection in a mirror.</w:t>
      </w:r>
    </w:p>
    <w:p>
      <w:pPr>
        <w:pStyle w:val="ListBullet"/>
        <w:spacing w:after="80" w:line="288" w:lineRule="auto"/>
        <w:ind w:left="806" w:hanging="259"/>
      </w:pPr>
      <w:r>
        <w:rPr>
          <w:rFonts w:ascii="Calibri" w:hAnsi="Calibri" w:eastAsia="Microsoft YaHei"/>
          <w:i w:val="0"/>
          <w:sz w:val="20"/>
        </w:rPr>
        <w:t>主要细节：If the ape tried to remove the mark from its own body, scientists concluded that it recognized the reflection as itself.</w:t>
      </w:r>
    </w:p>
    <w:p>
      <w:pPr>
        <w:pStyle w:val="ListBullet"/>
        <w:spacing w:after="80" w:line="288" w:lineRule="auto"/>
        <w:ind w:left="547" w:hanging="259"/>
      </w:pPr>
      <w:r>
        <w:rPr>
          <w:rFonts w:ascii="Calibri" w:hAnsi="Calibri" w:eastAsia="Microsoft YaHei"/>
          <w:i w:val="0"/>
          <w:sz w:val="20"/>
        </w:rPr>
        <w:t>Paragraph 3｜段落主旨：Recent discoveries suggest that self-recognition may exist in more animals than previously believed.</w:t>
      </w:r>
    </w:p>
    <w:p>
      <w:pPr>
        <w:pStyle w:val="ListBullet"/>
        <w:spacing w:after="80" w:line="288" w:lineRule="auto"/>
        <w:ind w:left="806" w:hanging="259"/>
      </w:pPr>
      <w:r>
        <w:rPr>
          <w:rFonts w:ascii="Calibri" w:hAnsi="Calibri" w:eastAsia="Microsoft YaHei"/>
          <w:i w:val="0"/>
          <w:sz w:val="20"/>
        </w:rPr>
        <w:t>主要细节：Elephants and dolphins have shown signs of self-recognition.</w:t>
      </w:r>
    </w:p>
    <w:p>
      <w:pPr>
        <w:pStyle w:val="ListBullet"/>
        <w:spacing w:after="80" w:line="288" w:lineRule="auto"/>
        <w:ind w:left="806" w:hanging="259"/>
      </w:pPr>
      <w:r>
        <w:rPr>
          <w:rFonts w:ascii="Calibri" w:hAnsi="Calibri" w:eastAsia="Microsoft YaHei"/>
          <w:i w:val="0"/>
          <w:sz w:val="20"/>
        </w:rPr>
        <w:t>主要细节：These animals, like apes, are highly intelligent.</w:t>
      </w:r>
    </w:p>
    <w:p>
      <w:pPr>
        <w:pStyle w:val="ListBullet"/>
        <w:spacing w:after="80" w:line="288" w:lineRule="auto"/>
        <w:ind w:left="806" w:hanging="259"/>
      </w:pPr>
      <w:r>
        <w:rPr>
          <w:rFonts w:ascii="Calibri" w:hAnsi="Calibri" w:eastAsia="Microsoft YaHei"/>
          <w:i w:val="0"/>
          <w:sz w:val="20"/>
        </w:rPr>
        <w:t>主要细节：Cleaner fish tried to scrape a mark off their bodies after seeing themselves in a mirror.</w:t>
      </w:r>
    </w:p>
    <w:p>
      <w:pPr>
        <w:pStyle w:val="ListBullet"/>
        <w:spacing w:after="80" w:line="288" w:lineRule="auto"/>
        <w:ind w:left="806" w:hanging="259"/>
      </w:pPr>
      <w:r>
        <w:rPr>
          <w:rFonts w:ascii="Calibri" w:hAnsi="Calibri" w:eastAsia="Microsoft YaHei"/>
          <w:i w:val="0"/>
          <w:sz w:val="20"/>
        </w:rPr>
        <w:t>主要细节：This suggests that even less intelligent animals may possess more self-awareness than scientists once suspected.</w:t>
      </w:r>
    </w:p>
    <w:p>
      <w:pPr>
        <w:pStyle w:val="Heading1"/>
      </w:pPr>
      <w:r>
        <w:t>5. Key Vocabulary</w:t>
      </w:r>
    </w:p>
    <w:tbl>
      <w:tblPr>
        <w:tblStyle w:val="TableGrid"/>
        <w:tblW w:type="dxa" w:w="9360"/>
        <w:jc w:val="center"/>
        <w:tblLayout w:type="fixed"/>
        <w:tblLook w:firstColumn="1" w:firstRow="1" w:lastColumn="0" w:lastRow="0" w:noHBand="0" w:noVBand="1" w:val="04A0"/>
        <w:tblInd w:w="120" w:type="dxa"/>
      </w:tblPr>
      <w:tblGrid>
        <w:gridCol w:w="1958"/>
        <w:gridCol w:w="1958"/>
        <w:gridCol w:w="1958"/>
        <w:gridCol w:w="1958"/>
        <w:gridCol w:w="1958"/>
      </w:tblGrid>
      <w:tr>
        <w:trPr>
          <w:tblHeader w:val="true"/>
        </w:trPr>
        <w:tc>
          <w:tcPr>
            <w:tcW w:type="dxa" w:w="158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Key Vocabulary</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Plain English</w:t>
            </w:r>
          </w:p>
        </w:tc>
        <w:tc>
          <w:tcPr>
            <w:tcW w:type="dxa" w:w="151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中文意思</w:t>
            </w:r>
          </w:p>
        </w:tc>
        <w:tc>
          <w:tcPr>
            <w:tcW w:type="dxa" w:w="194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Collocation</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例句</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milestone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An important stage in development or progress.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里程碑；重要发展阶段</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achieve a milestone; developmental milestone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Recognizing oneself in a mirror is an important developmental milestone.</w:t>
              <w:br/>
              <w:t>中文：在镜子中认出自己是一个重要的发展里程碑。</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self-awareness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ability to understand oneself as a separate individual.</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自我意识</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sign of self-awareness; develop self-awareness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mirror test is often used to study self-awareness in animals.</w:t>
              <w:br/>
              <w:t>中文：镜子测试常被用来研究动物的自我意识。</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consciousness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Awareness of oneself and the world.</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意识；知觉</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human consciousness; a component of consciousness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Mirror recognition may be connected to consciousness.</w:t>
              <w:br/>
              <w:t>中文：镜中识别能力可能与意识有关。</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component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One part of a larger whole.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组成部分；要素</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key component of; an essential component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Self-recognition is considered a key component of self-awareness.</w:t>
              <w:br/>
              <w:t>中文：自我识别被认为是自我意识的重要组成部分。</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reflection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An image that appears in a mirror or shiny surface.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倒影；映像</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see one's reflection; mirror reflection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ape looked at its reflection in the mirror.</w:t>
              <w:br/>
              <w:t>中文：类人猿看着镜子中的自己。</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recognize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know who or what someone or something is.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认出；识别</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recognize oneself; recognize a reflection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Young children do not immediately recognize themselves in a mirror.</w:t>
              <w:br/>
              <w:t>中文：很小的孩子不会立刻在镜子中认出自己。</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great ape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highly intelligent primate closely related to humans.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类人猿</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members of the great ape family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Great apes were among the first animals to pass the mirror test.</w:t>
              <w:br/>
              <w:t>中文：类人猿是最早通过镜子测试的动物之一。</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self-recognition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ability to identify oneself.</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自我识别</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show signs of self-recognition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Elephants and dolphins have shown signs of self-recognition.</w:t>
              <w:br/>
              <w:t>中文：大象和海豚表现出了自我识别的迹象。</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relative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living thing connected to another by family or evolution.</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亲属；亲缘物种</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close relatives of humans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Apes are close relatives of humans.</w:t>
              <w:br/>
              <w:t>中文：类人猿是人类的近亲。</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scrape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rub something against a surface to remove it.</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刮掉；擦掉</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scrape a mark off; scrape against a surface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cleaner fish tried to scrape the mark off its body.</w:t>
              <w:br/>
              <w:t>中文：清洁鱼试图把身体上的标记刮掉。</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possess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have a quality, ability, or feature.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拥有；具备</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possess self-awareness; possess an ability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Some animals may possess more self-awareness than scientists expected.</w:t>
              <w:br/>
              <w:t>中文：一些动物可能具备比科学家预期更高的自我意识。</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previously suspected</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Thought or believed before this time.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以前所猜测的；先前认为的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more than previously suspected</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experiment suggests that fish may be more aware than previously suspected.</w:t>
              <w:br/>
              <w:t>中文：这个实验说明鱼类可能比过去认为的更有意识。</w:t>
            </w:r>
          </w:p>
        </w:tc>
      </w:tr>
    </w:tbl>
    <w:sectPr w:rsidR="00FC693F" w:rsidRPr="0006063C" w:rsidSect="00034616">
      <w:pgSz w:w="12240" w:h="15840"/>
      <w:pgMar w:top="1152" w:right="1224" w:bottom="1152"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Calibri" w:hAnsi="Calibr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